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דמויות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הדמויות: מיון דמויות מן היצירות ומסיפורים מוכרים לפי עגולה/שטוחה ודינמית/סטטית, עם הנמקה. מתאים לחזרה לפני מבחן או כפעילות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מורכבת, בעלת עולם פנימי ותכונות רבות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 היא דמות ש: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משתנה לאורך הסיפור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 ("המחרוזת")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עגולה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דמות: עגולה ודינמית, או שטוחה וסטטית?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 ודינמית: מטילדה לואזל، פינוקיו، סקרוג׳، הילדה החדשה בכיתה ("הספסל האחרון") | שטוחה וסטטית: גברת פורסטייה، פרוסין، ז׳אק، המכשפה הרעה באגדות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היצירה שבה היא מופיעה.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2–ג, 3–ד,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בקומדיה כמו "הקמצן" כמעט כל הדמויות שטוחות וסטטיות? הסבירו בעזרת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הגדלת תכונה אחת יוצרת צחוק וביקורת: הרפגון הקמצן, פרוסין החנפנית, ז׳אק הגלוי – כל אחד מזוהה מיד לפי תכונה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(7–9 שורות) שמשווה בין שתי דמויות: אחת עגולה ודינמית ואחת שטוחה וסטטית (מן היצירות שלמדנו או מסיפור שאתם מכירים). לכל דמות כתבו טענה, דוגמה והסבר, וסיימו במשפט: מה כל אחת מהן תורמת לסיפור?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סיווג נכון של שתי הדמויות; טענה+דוגמה+הסבר לכל דמות; משפט השוואה (מילות קישור: לעומת, ואילו, בדומה ל־); משפט סיכום על תרומת הדמויות;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למשל מטילדה – משתנה ממפונקת לחרוצה. 2. שטוחה/עגולה מתארת כמה מורכבת הדמות; סטטית/דינמית מתארת אם היא משתנה.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דמויות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משחק מיון דמויות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ודמויות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דמות עגולה היא דמות: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שמופיעה רק בהתחלה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עם תכונה אחת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מורכבת, בעלת עולם פנימי ותכונות רבות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דמות דינמית היא דמות ש: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משתנה לאורך הסיפור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אינה משתנה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מצחיקה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מטילדה לואזל ("המחרוזת") היא דמות: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שטוחה וסטטית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עגולה ודינמית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שטוחה ודינמית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מיינו לטבלה.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כל דמות: עגולה ודינמית, או שטוחה וסטטית?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הילדה החדשה בכיתה ("הספסל האחרון")   ·   גברת פורסטייה   ·   סקרוג׳   ·   פרוסין   ·   מטילדה לואזל   ·   פינוקיו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עגולה ודינמית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שטוחה וסטטית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הדמות לבין היצירה שבה היא מופיעה.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מטילדה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המחרוזת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ואלר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הרפתקאות פינוקיו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הקמצן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פינוקיו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בת רבי עקיבא והנחש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הנמקה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למה בקומדיה כמו "הקמצן" כמעט כל הדמויות שטוחות וסטטיות? הסבירו בעזרת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(7–9 שורות) שמשווה בין שתי דמויות: אחת עגולה ודינמית ואחת שטוחה וסטטית (מן היצירות שלמדנו או מסיפור שאתם מכירים). לכל דמות כתבו טענה, דוגמה והסבר, וסיימו במשפט: מה כל אחת מהן תורמת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תנו דוגמה לדמות דינמית ונמקו במשפט.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מה ההבדל בין שטוחה לסטטית?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דמויות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