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מיון דמויות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מיון הדמויות: מיון דמויות מן היצירות ומסיפורים מוכרים לפי עגולה/שטוחה ודינמית/סטטית, עם הנמקה. מתאים לחזרה לפני מבחן או כפעילות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עגולה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מורכבת, בעלת עולם פנימי ותכונות רבות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משתנה לאורך הסיפור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עגולה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במדרש מתואר בקצרה אבל עובר מדאגה להבנה. לכן הוא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שטוחה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לא משתנה – גם בסוף הוא אוהב רק את הכסף.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הזאב ב"כיפה אדומה" הוא דמות עגולה ודינמית.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הזאב הוא דמות שטוחה וסטטית – הרשע הערמומי, תכונה אחת ובלי שינוי.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סקרוג׳ ב"מזמור חג המולד" של צ׳רלס דיקנס הופך מקמצן זועף לאדם נדיב – ולכן הוא דמות דינמית.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לא משתנה. הוא דמות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סטטית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הדמויות לשתי קבוצות.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עגולה ודינמית: מטילדה לואזל، פינוקיו، סקרוג׳، הילדה החדשה בכיתה ("הספסל האחרון") | שטוחה וסטטית: גברת פורסטייה، פרוסין، ז׳אק، המכשפה הרעה באגדות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דמות ליצירה.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2–ד, 3–א, 4–ב,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ההנמקה לסיווג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3–ג,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ב"הקמצן" הדמויות לא משתנות? תנו 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הגדלת תכונה אחת יוצרת צחוק וביקורת: הרפגון הקמצן, פרוסין החנפנית, ז׳אק הגלוי – כל אחד מזוהה מיד לפי תכונה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 בין דמות שמשתנה לדמות שלא משתנה. כתבו דוגמה לכל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סיווג נכון של שתי הדמויות; טענה+דוגמה+הסבר לכל דמות; משפט השוואה (מילות קישור: לעומת, ואילו, בדומה ל־); משפט סיכום על תרומת הדמויות;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למשל מטילדה – משתנה ממפונקת לחרוצה. 2. שטוחה/עגולה מתארת כמה מורכבת הדמות; סטטית/דינמית מתארת אם היא משתנה.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מיון דמויות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משחק מיון דמויות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ראשית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הדמות שהסיפור עוסק בה בעיקר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main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משנית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שעוזרת לסיפור אבל אינה במרכז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secondary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עגולה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מורכבת עם הרבה צדדים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round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שטוחה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עם תכונה אחת בולטת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flat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dynamic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סטטית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שלא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static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טיפוסית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שמייצגת תכונה אחת בקיצוניות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stock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הנמקה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למה – עם דוגמה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reasoning / justification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 ודמויות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סטטית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דמות עגולה היא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שמופיעה רק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עם תכונה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מורכבת, בעלת עולם פנימי ותכונות רבות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שאינה מדברת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דמות דינמית: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משתנה לאורך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אינה משתנה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מצחיקה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מטילדה היא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שטוחה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עגולה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עגולה וסטטית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רבי עקיבא במדרש מתואר בקצרה אבל עובר מדאגה להבנה. לכן הוא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עגולה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שטוחה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עגולה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הרפגון לא משתנה – גם בסוף הוא אוהב רק את הכסף.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הזאב ב"כיפה אדומה" הוא דמות עגולה ודינמית.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סקרוג׳ ב"מזמור חג המולד" של צ׳רלס דיקנס הופך מקמצן זועף לאדם נדיב – ולכן הוא דמות דינמית.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מר לואזל לא משתנה. הוא דמות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את הדמויות לשתי קבוצות.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ז׳אק   ·   סקרוג׳   ·   פרוסין   ·   המכשפה הרעה באגדות   ·   מטילדה לואזל   ·   פינוקיו   ·   גברת פורסטייה   ·   הילדה החדשה בכיתה ("הספסל האחרון")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עגולה ודינמית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שטוחה וסטטית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דמות ליצירה.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 והנחש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הרפתקאות פינוקיו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הכלדאים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כיפה אדומה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פינוקיו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הקמצן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הזאב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הדמות לבין ההנמקה לסיווג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האוהב הערמומי שמעמיד פנים; אינו משתנה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תפקידו לתמוך בגיבור; תכונותיו קבועות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פינוקיו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לומד מטעויותיו והופך לילד אמיתי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הנאמן של הגיבור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מאופיינת בתכונה אחת – רגישות לזולת – ואינה משתנה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הנמקה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למה ב"הקמצן" הדמויות לא משתנות?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השוו בין דמות שמשתנה לדמות שלא משתנה. כתבו דוגמה לכל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תנו דוגמה לדמות דינמית ונמקו במשפט.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ההבדל בין שטוחה לסטטית?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מיון דמויות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