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מיון אמצעים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מיון האמצעים האומנותיים: זיהוי דימוי, האנשה, מטאפורה, חזרה, ניגוד וסמל במשפטים מקוריים, והסבר מה כל אמצעי מוסיף. מתאים לחזרה בזוגות או כתחנה בשיעור.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"הזמן הוא נהר שאינו זורם אחורה."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מטאפורה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"הספרים על המדף חיכו בסבלנות שמישהו יפתח אותם."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"הכביש אחרי הגשם הבריק כמו ראי ענק."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לאמצעי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הקול שלה היה רך כמו שמיכת פוך. | האנשה: העיר נרדמה מאוחר והתעוררה מוקדם.، השעון על הקיר נאנח עם כל דקה. | מטאפורה: אחי הקטן הוא סופת טורנדו בתוך הבית.، הכיתה שלנו היא כוורת רועשת בכל הפסקה. | חזרה: "אני יכולה, אני יכולה, אני יכולה."، רץ, רץ, רץ – עד שלא נשאר לו אוויר. | ניגוד: הארמון היה מלא אורות, והבקתה שלידו – חשוכה.، עלה ירוק ורענן נח בין עלים יבשים. | סמל: סבא מדליק את המנורה הישנה – וכולם יודעים שהוא חושב על העיר שבה נולד.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לבין מה שהוא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משפט אחד מן הטבלה והסבירו מה האמצעי תורם לו (רגש, אווירה, הדגשה).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מלאה: שם האמצעי + ציטוט + תרומה. למשל: "רץ, רץ, רץ" – החזרה יוצרת קצב מהיר ומדגישה את המאמץ והעייפות.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קטע קצר (7–9 שורות) על רגע של פחד או של שמחה, ושלבו בו לפחות ארבעה מתוך ששת האמצעים. סמנו כל אמצעי בקו וכתבו את שמו מעליו.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ארבעה אמצעים שונים לפחות, מזוהים ומסומנים נכון; קטע אחיד על רגע אחד; האמצעים מחזקים את הרגש;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בדימוי יש מילת השוואה, במטאפורה אין. 2. למשל: "בחוץ קור, ובלב חם."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מיון אמצעים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🎯 משחק מיון אמצעים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"הזמן הוא נהר שאינו זורם אחורה." – איזה אמצעי?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"הספרים על המדף חיכו בסבלנות שמישהו יפתח אותם." – איזה אמצעי?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"הכביש אחרי הגשם הבריק כמו ראי ענק." – איזה אמצעי?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חזרה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מיינו לטבלה.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מיינו כל משפט לאמצעי שלו.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העיר נרדמה מאוחר והתעוררה מוקדם.   ·   אחי הקטן הוא סופת טורנדו בתוך הבית.   ·   "אני יכולה, אני יכולה, אני יכולה."   ·   סבא מדליק את המנורה הישנה – וכולם יודעים שהוא חושב על העיר שבה נולד.   ·   הקול שלה היה רך כמו שמיכת פוך.   ·   הארמון היה מלא אורות, והבקתה שלידו – חשוכה.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דימוי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האנשה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מטאפורה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חזרה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ניגוד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סמל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הסמל לבין מה שהוא מייצג.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המפתח של הבית הישן בכיס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סוד שאיש אינו מוכן לגעת בו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הקשת אחרי הסערה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התחלה חדשה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הדלת הנעולה בעליית הגג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העושר המדומה שמטילדה חלמה עליו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המחרוזת המזויפת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זיכרון לבית שאבד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הסבר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כתבו: איזה אמצעי? מה הוא מוסיף?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בחרו משפט אחד מן הטבלה והסבירו מה האמצעי תורם לו (רגש, אווירה, הדגשה).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קטע קצר (7–9 שורות) על רגע של פחד או של שמחה, ושלבו בו לפחות ארבעה מתוך ששת האמצעים. סמנו כל אמצעי בקו וכתבו את שמו מעליו.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דימוי למטאפורה?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משפט אחד עם ניגוד.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מיון אמצעים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