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משחק מיון אמצעים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מיון האמצעים האומנותיים: זיהוי דימוי, האנשה, מטאפורה, חזרה, ניגוד וסמל במשפטים מקוריים, והסבר מה כל אמצעי מוסיף. מתאים לחזרה בזוגות או כתחנה בשיעור.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"הזמן הוא נהר" (בלי "כמו"). מה האמצעי?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מטאפורה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הספרים "מחכים". מה האמצעי?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האנשה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"כמו". מה האמצעי?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דימוי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"אתמול היינו זרים, והיום אנחנו החברים הכי טובים." – איזה 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ניגוד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"בסוף הסיפור צמח פרח אחד בתוך האדמה השרופה, ואנשי הכפר הבינו שיש תקווה." – איזה 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סמל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"חיכיתי וחיכיתי וחיכיתי" – זו חזרה.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"סבתא היא העוגן של המשפחה." – זו דוגמה לדימוי.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זו מטאפורה – אין מילת דימוי; סבתא "היא" העוגן.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הטלפון "צורח" – זו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משפט לאמצעי הנכון.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דימוי: הקול שלה היה רך כמו שמיכת פוך. | האנשה: העיר נרדמה מאוחר והתעוררה מוקדם.، השעון על הקיר נאנח עם כל דקה. | מטאפורה: אחי הקטן הוא סופת טורנדו בתוך הבית.، הכיתה שלנו היא כוורת רועשת בכל הפסקה. | חזרה: "אני יכולה, אני יכולה, אני יכולה."، רץ, רץ, רץ – עד שלא נשאר לו אוויר. | ניגוד: הארמון היה מלא אורות, והבקתה שלידו – חשוכה.، עלה ירוק ורענן נח בין עלים יבשים. | סמל: סבא מדליק את המנורה הישנה – וכולם יודעים שהוא חושב על העיר שבה נולד.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סמל למה שהוא אומר.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2–א, 3–ב, 4–ה, 5–ד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המשפט לבין מה שהאמצעי שבו מדגיש.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2–ד, 3–ג,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משפט אחד. מה האמצעי? מה הוא נותן למשפט?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מלאה: שם האמצעי + ציטוט + תרומה. למשל: "רץ, רץ, רץ" – החזרה יוצרת קצב מהיר ומדגישה את המאמץ והעייפות.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על רגע שמח או מפחיד. השתמשו ב־4 אמצעים וסמנו אותם.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ארבעה אמצעים שונים לפחות, מזוהים ומסומנים נכון; קטע אחיד על רגע אחד; האמצעים מחזקים את הרגש;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בדימוי יש מילת השוואה, במטאפורה אין. 2. למשל: "בחוץ קור, ובלב חם."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"משחק מיון אמצעים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🎯 משחק מיון אמצעים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השוואה עם מילת השוואה: כמו, כ־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simile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 לדבר שאינו אדם תכונה של אדם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personification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השוואה בלי מילת השוואה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metaphor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או משפט שחוזרים כדי להדגיש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repetition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דברים הפוכים זה ליד 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contrast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מוחשי שמייצג רעיון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symbol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מילת דימוי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שמשווה: כמו, כ־, כאילו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comparison word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אמצעי אומנותי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דרך מיוחדת שהכותב משתמש בה כדי להשפיע עלינו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literary device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זיהוי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האנשה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"הזמן הוא נהר" (בלי "כמו"). מה האמצעי?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חזרה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הספרים "מחכים". מה האמצעי?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דימוי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יש "כמו". מה האמצעי?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סמל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"אתמול היינו זרים, והיום אנחנו החברים הכי טובים." – איזה 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דימוי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"בסוף הסיפור צמח פרח אחד בתוך האדמה השרופה, ואנשי הכפר הבינו שיש תקווה." – איזה 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"חיכיתי וחיכיתי וחיכיתי" – זו חזרה.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"סבתא היא העוגן של המשפחה." – זו דוגמה לדימוי.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הטלפון "צורח" – זו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לטבלה.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כל משפט לאמצעי הנכון.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עלה ירוק ורענן נח בין עלים יבשים.   ·   "אני יכולה, אני יכולה, אני יכולה."   ·   הקול שלה היה רך כמו שמיכת פוך.   ·   העיר נרדמה מאוחר והתעוררה מוקדם.   ·   סבא מדליק את המנורה הישנה – וכולם יודעים שהוא חושב על העיר שבה נולד.   ·   אחי הקטן הוא סופת טורנדו בתוך הבית.   ·   הכיתה שלנו היא כוורת רועשת בכל הפסקה.   ·   רץ, רץ, רץ – עד שלא נשאר לו אוויר.   ·   השעון על הקיר נאנח עם כל דקה.   ·   הארמון היה מלא אורות, והבקתה שלידו – חשוכה.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דימוי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האנשה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מטאפורה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חזרה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ניגוד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סמל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חברו כל סמל למה שהוא אומר.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המפתח של הבית הישן בכיס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התחלה חדשה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הקשת אחרי הסערה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סוד שאיש אינו מוכן לגעת בו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הדלת הנעולה בעליית הגג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זיכרון לבית שאבד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המחרוזת המזויפת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הגורל הרע שבוטל בזכות מעשה טוב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הנחש שמת בסיכה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העושר המדומה שמטילדה חלמה עליו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התאימו בין המשפט לבין מה שהאמצעי שבו מדגיש.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"שוב ושוב, שוב ושוב, חזרו הגלים אל החוף"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החום והשמחה שהיא מביאה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"כל הכיתה צעקה משמחה, ורק אחד ישב בשקט ובכה"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תנועה חוזרת ומתמשכת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"הדאגה ישבה על כתפיה כמו תיק כבד"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כובד הדאגה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"החיוך שלה היה קרן אור ביום אפור"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בדידות של אחד מול הקבוצה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הסבר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כתבו: איזה אמצעי? מה הוא מוסיף?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בחרו משפט אחד. מה האמצעי? מה הוא נותן למשפט?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כתבו על רגע שמח או מפחיד. השתמשו ב־4 אמצעים וסמנו אותם.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דימוי למטאפורה?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משפט אחד עם ניגוד.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מיון אמצעים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