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5B2333"/>
          <w:sz w:val="40"/>
          <w:rtl/>
          <w:szCs w:val="40"/>
          <w:bCs/>
        </w:rPr>
        <w:t>👩‍🏫 מהדורה למורה – משחק מיון אמצעים – דף תרגול (רגיל)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גרסת נייר למשחק מיון האמצעים האומנותיים: זיהוי דימוי, האנשה, מטאפורה, חזרה, ניגוד וסמל במשפטים מקוריים, והסבר מה כל אמצעי מוסיף. מתאים לחזרה בזוגות או כתחנה בשיעור.</w:t>
      </w:r>
    </w:p>
    <w:p>
      <w:pPr>
        <w:bidi/>
        <w:jc w:val="right"/>
      </w:pPr>
      <w:r>
        <w:rPr>
          <w:rFonts w:ascii="Arial" w:hAnsi="Arial" w:cs="Arial"/>
          <w:color w:val="8A6A00"/>
          <w:sz w:val="22"/>
          <w:rtl/>
          <w:szCs w:val="22"/>
        </w:rPr>
        <w:t>מסלול רגיל: הגרסה הרגילה: כל הפריטים. מומלץ 30–40 דקות, אפשר לחלק לשני שיעורים.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שאלה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 / כיוון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"הזמן הוא נהר שאינו זורם אחורה." – איזה אמצעי?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מטאפורה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"הספרים על המדף חיכו בסבלנות שמישהו יפתח אותם." – איזה אמצעי?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האנשה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"הכביש אחרי הגשם הבריק כמו ראי ענק." – איזה אמצעי?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דימוי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"אתמול היינו זרים, והיום אנחנו החברים הכי טובים." – איזה אמצעי?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ניגוד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"בסוף הסיפור צמח פרח אחד בתוך האדמה השרופה, ואנשי הכפר הבינו שיש תקווה." – איזה אמצעי?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סמל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"חיכיתי וחיכיתי וחיכיתי, והאוטובוס לא הגיע." – זו דוגמה לחזרה.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7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"סבתא היא העוגן של המשפחה." – זו דוגמה לדימוי.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זו מטאפורה – אין מילת דימוי; סבתא "היא" העוגן.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8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"הטלפון צרח מתוך התיק באמצע המבחן." – לטלפון ניתנה פעולה של אדם, ולכן זו ____.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האנשה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9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מיינו כל משפט לאמצעי שלו.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דימוי: הקול שלה היה רך כמו שמיכת פוך. | האנשה: העיר נרדמה מאוחר והתעוררה מוקדם.، השעון על הקיר נאנח עם כל דקה. | מטאפורה: אחי הקטן הוא סופת טורנדו בתוך הבית.، הכיתה שלנו היא כוורת רועשת בכל הפסקה. | חזרה: "אני יכולה, אני יכולה, אני יכולה."، רץ, רץ, רץ – עד שלא נשאר לו אוויר. | ניגוד: הארמון היה מלא אורות, והבקתה שלידו – חשוכה.، עלה ירוק ורענן נח בין עלים יבשים. | סמל: סבא מדליק את המנורה הישנה – וכולם יודעים שהוא חושב על העיר שבה נולד.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10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התאימו בין הסמל לבין מה שהוא מייצג.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1–ב, 2–א, 3–ד, 4–ה, 5–ג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התאימו בין המשפט לבין מה שהאמצעי שבו מדגיש.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1–א, 2–ד, 3–ב, 4–ג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הפכו את המטאפורה "המילים שלו היו חצים שפגעו ישר בלב" לדימוי. מה ההבדל בהרגשה?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"המילים שלו היו כמו חצים..." – הוספנו "כמו"; הדימוי מעט רך יותר, ובמטאפורה ההשוואה ישירה וחזקה יותר.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בחרו משפט אחד מן הטבלה והסבירו מה האמצעי תורם לו (רגש, אווירה, הדגשה).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מלאה: שם האמצעי + ציטוט + תרומה. למשל: "רץ, רץ, רץ" – החזרה יוצרת קצב מהיר ומדגישה את המאמץ והעייפות.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כתבו שני משפטים מקוריים על אותו נושא (למשל: גשם): אחד עם דימוי ואחד עם האנשה.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למשל: "הגשם תופף על החלון כמו מתופף בתזמורת." (דימוי) / "הגשם דפק בחלון וביקש להיכנס." (האנשה)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כתבו קטע קצר (7–9 שורות) על רגע של פחד או של שמחה, ושלבו בו לפחות ארבעה מתוך ששת האמצעים. סמנו כל אמצעי בקו וכתבו את שמו מעליו.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קריטריונים: ארבעה אמצעים שונים לפחות, מזוהים ומסומנים נכון; קטע אחיד על רגע אחד; האמצעים מחזקים את הרגש; לשון תקינה.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כרטיס יציאה – כיוון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בדימוי יש מילת השוואה, במטאפורה אין. 2. למשל: "בחוץ קור, ובלב חם." 3. תשובה אישית.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הדף מתאים לעמוד "משחק מיון אמצעים – דף תרגול" באתר. יצרה: רוית ראש בן ישי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5B2333"/>
          <w:sz w:val="40"/>
          <w:rtl/>
          <w:szCs w:val="40"/>
          <w:bCs/>
        </w:rPr>
        <w:t>🎯 משחק מיון אמצעים – דף תרגול – דף התלמיד/ה</w:t>
      </w:r>
    </w:p>
    <w:p>
      <w:pPr>
        <w:bidi/>
        <w:jc w:val="right"/>
      </w:pPr>
      <w:r>
        <w:rPr>
          <w:rFonts w:ascii="Arial" w:hAnsi="Arial" w:cs="Arial"/>
          <w:b/>
          <w:color w:val="7A2E3A"/>
          <w:sz w:val="24"/>
          <w:rtl/>
          <w:szCs w:val="24"/>
          <w:bCs/>
        </w:rPr>
        <w:t>מסלול: 📘 רגיל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א׳ – זיהוי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סמנו את האמצעי, קבעו נכון/לא נכון והשלימו.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"הזמן הוא נהר שאינו זורם אחורה." – איזה אמצעי?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דימוי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מטאפורה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האנשה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חזרה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"הספרים על המדף חיכו בסבלנות שמישהו יפתח אותם." – איזה אמצעי?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סמל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ניגוד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האנשה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דימוי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"הכביש אחרי הגשם הבריק כמו ראי ענק." – איזה אמצעי?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דימוי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מטאפורה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חזרה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סמל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4. "אתמול היינו זרים, והיום אנחנו החברים הכי טובים." – איזה אמצעי?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חזרה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ניגוד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האנשה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דימוי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5. "בסוף הסיפור צמח פרח אחד בתוך האדמה השרופה, ואנשי הכפר הבינו שיש תקווה." – איזה אמצעי?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סמל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דימוי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חזרה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מטאפורה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6. "חיכיתי וחיכיתי וחיכיתי, והאוטובוס לא הגיע." – זו דוגמה לחזרה.      ◯ נכון   ◯ לא נכון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7. "סבתא היא העוגן של המשפחה." – זו דוגמה לדימוי.      ◯ נכון   ◯ לא נכון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8. "הטלפון צרח מתוך התיק באמצע המבחן." – לטלפון ניתנה פעולה של אדם, ולכן זו _______________.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ב׳ – מיון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מיינו את המשפטים לטבלה.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9. מיינו כל משפט לאמצעי שלו.</w:t>
      </w:r>
    </w:p>
    <w:p>
      <w:pPr>
        <w:bidi/>
        <w:jc w:val="right"/>
      </w:pPr>
      <w:r>
        <w:rPr>
          <w:rFonts w:ascii="Arial" w:hAnsi="Arial" w:cs="Arial"/>
          <w:b/>
          <w:color w:val="2A7A5A"/>
          <w:sz w:val="24"/>
          <w:rtl/>
          <w:szCs w:val="24"/>
          <w:bCs/>
        </w:rPr>
        <w:t>🧺 מחסן מילים:  רץ, רץ, רץ – עד שלא נשאר לו אוויר.   ·   עלה ירוק ורענן נח בין עלים יבשים.   ·   סבא מדליק את המנורה הישנה – וכולם יודעים שהוא חושב על העיר שבה נולד.   ·   העיר נרדמה מאוחר והתעוררה מוקדם.   ·   "אני יכולה, אני יכולה, אני יכולה."   ·   השעון על הקיר נאנח עם כל דקה.   ·   הארמון היה מלא אורות, והבקתה שלידו – חשוכה.   ·   אחי הקטן הוא סופת טורנדו בתוך הבית.   ·   הקול שלה היה רך כמו שמיכת פוך.   ·   הכיתה שלנו היא כוורת רועשת בכל הפסקה.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1738"/>
        <w:gridCol w:w="1738"/>
        <w:gridCol w:w="1738"/>
        <w:gridCol w:w="1738"/>
        <w:gridCol w:w="1738"/>
        <w:gridCol w:w="1738"/>
      </w:tblGrid>
      <w:tr>
        <w:tc>
          <w:tcPr>
            <w:tcW w:type="dxa" w:w="1738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דימוי</w:t>
            </w:r>
          </w:p>
        </w:tc>
        <w:tc>
          <w:tcPr>
            <w:tcW w:type="dxa" w:w="1738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האנשה</w:t>
            </w:r>
          </w:p>
        </w:tc>
        <w:tc>
          <w:tcPr>
            <w:tcW w:type="dxa" w:w="1738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מטאפורה</w:t>
            </w:r>
          </w:p>
        </w:tc>
        <w:tc>
          <w:tcPr>
            <w:tcW w:type="dxa" w:w="1738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חזרה</w:t>
            </w:r>
          </w:p>
        </w:tc>
        <w:tc>
          <w:tcPr>
            <w:tcW w:type="dxa" w:w="1738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ניגוד</w:t>
            </w:r>
          </w:p>
        </w:tc>
        <w:tc>
          <w:tcPr>
            <w:tcW w:type="dxa" w:w="1738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סמל</w:t>
            </w:r>
          </w:p>
        </w:tc>
      </w:tr>
      <w:tr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10. התאימו בין הסמל לבין מה שהוא מייצג.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085"/>
        <w:gridCol w:w="2085"/>
        <w:gridCol w:w="2085"/>
        <w:gridCol w:w="2085"/>
        <w:gridCol w:w="2085"/>
      </w:tblGrid>
      <w:tr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האות שלי</w:t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התאמה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המפתח של הבית הישן בכיס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התחלה חדשה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הקשת אחרי הסערה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זיכרון לבית שאבד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הדלת הנעולה בעליית הגג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הגורל הרע שבוטל בזכות מעשה טוב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המחרוזת המזויפת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סוד שאיש אינו מוכן לגעת בו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הנחש שמת בסיכה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העושר המדומה שמטילדה חלמה עליו</w:t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11. התאימו בין המשפט לבין מה שהאמצעי שבו מדגיש.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085"/>
        <w:gridCol w:w="2085"/>
        <w:gridCol w:w="2085"/>
        <w:gridCol w:w="2085"/>
        <w:gridCol w:w="2085"/>
      </w:tblGrid>
      <w:tr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האות שלי</w:t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התאמה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"שוב ושוב, שוב ושוב, חזרו הגלים אל החוף"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תנועה חוזרת ומתמשכת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"כל הכיתה צעקה משמחה, ורק אחד ישב בשקט ובכה"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כובד הדאגה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"הדאגה ישבה על כתפיה כמו תיק כבד"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החום והשמחה שהיא מביאה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"החיוך שלה היה קרן אור ביום אפור"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בדידות של אחד מול הקבוצה</w:t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12. הפכו את המטאפורה "המילים שלו היו חצים שפגעו ישר בלב" לדימוי. מה ההבדל בהרגשה?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ג׳ – הסבר וכתיבה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כתבו: שם האמצעי + ציטוט + מה הוא מוסיף.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13. בחרו משפט אחד מן הטבלה והסבירו מה האמצעי תורם לו (רגש, אווירה, הדגשה).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14. כתבו שני משפטים מקוריים על אותו נושא (למשל: גשם): אחד עם דימוי ואחד עם האנשה.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15. כתבו קטע קצר (7–9 שורות) על רגע של פחד או של שמחה, ושלבו בו לפחות ארבעה מתוך ששת האמצעים. סמנו כל אמצעי בקו וכתבו את שמו מעליו.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2E3A"/>
          <w:sz w:val="28"/>
          <w:rtl/>
          <w:szCs w:val="28"/>
          <w:bCs/>
        </w:rPr>
        <w:t>🚪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מה ההבדל בין דימוי למטאפורה?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כתבו משפט אחד עם ניגוד.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היום הבנתי ש...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_s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משחק מיון אמצעים – דף תרגול – דף תרגול (רגיל)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