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הר הסיפור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"הר הסיפור": סידור שלבי עלילה של יצירות שלמדנו ושל סיפורים מקוריים קצרים, וזיהוי אקספוזיציה, סיבוך, נקודת מפנה, שיא והתרה. מתאים לעבודה בזוגות; אפשר לגזור את שלבי שאלות הסידור לכרטיסים.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"בוקר אחד, אחרי סופת ברקים, פלפל נעלם מהחצר." ("הכלב שלא חזר") –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סיבוך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"הכיתה מוחאת כפיים, ובהפסקה מישהו מתיישב לידה." ("הספסל האחרון") –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באקספוזיציה מכירים את הדמויות, את המקום ואת המצב ההתחלתי.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"הספסל האחרון" – סדרו את השלבים.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ג → ה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"בת רבי עקיבא והנחש" – סדרו את השלבים.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א → ד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 בין ההתרה של "המחרוזת" לבין ההתרה של "הקמצן": איזו סגורה ואיזו פתוחה?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"הקמצן" – סגורה: התיבה מוחזרת, שתי החתונות נקבעות, הסדר חוזר. "המחרוזת" – פתוחה ואירונית: הסיפור נגמר בגילוי, ולא יודעים מה יקרה.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"הר סיפור" לסיפור מקורי משלכם: משפט אחד לכל שלב (אקספוזיציה, סיבוך, נקודת מפנה, שיא, התרה), ואחר כך כתבו את הסיפור עצמו (7–9 שורות).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חמשת השלבים בסדר נכון, משפט לכל שלב; נקודת מפנה שמשנה כיוון; שיא מתוח; הסיפור תואם את התכנון;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נקודת מפנה משנה את כיוון העלילה; השיא הוא רגע המתח הגבוה ביותר. 2. בסיבוך.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הר הסיפור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🏔️ משחק הר הסיפור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ההר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"בוקר אחד, אחרי סופת ברקים, פלפל נעלם מהחצר." ("הכלב שלא חזר") – איזה שלב זה?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אקספוזיציה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סיבוך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"הכיתה מוחאת כפיים, ובהפסקה מישהו מתיישב לידה." ("הספסל האחרון") – איזה שלב זה?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סיבוך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נקודת מפנה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התרה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באקספוזיציה מכירים את הדמויות, את המקום ואת המצב ההתחלתי.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סדרו את ההר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 מ־1 עד 5.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"הספסל האחרון" – סדרו את השלבים.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הכיתה מוחאת כפיים, ובהפסקה מישהו מתיישב לידה בספסל האחרון.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ילדים בכיתה צוחקים על המבטא שלה, והיא מפסיקה לדבר בשיעורים.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המורה מבקשת מכל אחד להביא מתכון משפחתי, ונגה מחליטה להביא את עוגת הדבש של סבתה.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נגה עולה לכיתה ז׳ בבית ספר חדש ויושבת לבד בספסל האחרון.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ביום הטעימות, מול כל הכיתה, היא מספרת על סבתה – וקולה רועד אבל לא נעצר.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"בת רבי עקיבא והנחש" – סדרו את השלבים.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בלילה היא תוקעת סיכה בקיר – והסיכה פוגעת בעינו של נחש.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החוזים בכוכבים מנבאים שבת רבי עקיבא תמות מנשיכת נחש ביום חתונתה.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רבי עקיבא דורש: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בבוקר הנחש המת נגרר אחרי הסיכה, והבת מספרת לאביה על העני.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ביום החתונה כולם עסוקים בסעודה, והבת נותנת את מנתה לעני שבפתח.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בונים הר משלכם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השוו בין ההתרה של "המחרוזת" לבין ההתרה של "הקמצן": איזו סגורה ואיזו פתוחה?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"הר סיפור" לסיפור מקורי משלכם: משפט אחד לכל שלב (אקספוזיציה, סיבוך, נקודת מפנה, שיא, התרה), ואחר כך כתבו את הסיפור עצמו (7–9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נקודת מפנה לשיא?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באיזה שלב מופיעה הבעיה?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הר הסיפור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