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הר הסיפור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"הר הסיפור": סידור שלבי עלילה של יצירות שלמדנו ושל סיפורים מקוריים קצרים, וזיהוי אקספוזיציה, סיבוך, נקודת מפנה, שיא והתרה. מתאים לעבודה בזוגות; אפשר לגזור את שלבי שאלות הסידור לכרטיסים.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"בוקר אחד, אחרי סופת ברקים, פלפל נעלם מהחצר." ("הכלב שלא חזר") –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"הכיתה מוחאת כפיים, ובהפסקה מישהו מתיישב לידה." ("הספסל האחרון") –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התרה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ב"המחרוזת", מה נקודת המפנה?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אובדן המחרוזת וקניית מחרוזת חלופית בהלוואות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ב"הקמצן", מהו השיא?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אי־ההבנה: הרפגון מאשים את ואלר, וואלר מודה באהבתו לאליז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באקספוזיציה מכירים את הדמויות, את המקום ואת המצב ההתחלתי.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ב"בת רבי עקיבא והנחש" נקודת המפנה היא הדרשה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נקודת המפנה היא הסיכה שננעצת בעין הנחש בלילה; הדרשה היא ההתרה.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המתוח ביותר בעלילה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"הספסל האחרון" – סדרו את השלבים.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א → ב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"בת רבי עקיבא והנחש" – סדרו את השלבים.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ב → ד → א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"ריצת ה־400" – סדרו את השלבים.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ה → א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"הכלב שלא חזר" – התאימו בין השלב לבין מה שקורה בו.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2–ה, 3–א, 4–ב,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ב"הגשר הישן" שתי משפחות שהיו ברוגז מגלות שרק יחד יוכלו לחזק את הגשר. למה זו נקודת מפנה?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הרגע הזה אי אפשר לחזור למצב הקודם: הסיפור עובר מסכנה ומריבה לשיתוף פעולה, והוא מוביל אל השיא בלילה הסוער.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 בין ההתרה של "המחרוזת" לבין ההתרה של "הקמצן": איזו סגורה ואיזו פתוחה?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"הקמצן" – סגורה: התיבה מוחזרת, שתי החתונות נקבעות, הסדר חוזר. "המחרוזת" – פתוחה ואירונית: הסיפור נגמר בגילוי, ולא יודעים מה יקרה.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"הר סיפור" לסיפור מקורי משלכם: משפט אחד לכל שלב (אקספוזיציה, סיבוך, נקודת מפנה, שיא, התרה), ואחר כך כתבו את הסיפור עצמו (7–9 שורות).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חמשת השלבים בסדר נכון, משפט לכל שלב; נקודת מפנה שמשנה כיוון; שיא מתוח; הסיפור תואם את התכנון;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נקודת מפנה משנה את כיוון העלילה; השיא הוא רגע המתח הגבוה ביותר. 2. בסיבוך.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הר הסיפור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🏔️ משחק הר הסיפור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"בוקר אחד, אחרי סופת ברקים, פלפל נעלם מהחצר." ("הכלב שלא חזר") – איזה שלב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"הכיתה מוחאת כפיים, ובהפסקה מישהו מתיישב לידה." ("הספסל האחרון") – איזה שלב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נקודת מפנה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ב"המחרוזת", מה נקודת המפנה?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ההזמנה לנשף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אובדן המחרוזת וקניית מחרוזת חלופית בהלוואות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הגילוי שהמחרוזת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החלום על חיי עושר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ב"הקמצן", מהו השיא?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התיבה נגנבת מהגן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אי־ההבנה: הרפגון מאשים את ואלר, וואלר מודה באהבתו לאליז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הרפגון רוצה לשאת את מריאן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אנסלם מתגלה כאב האבוד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באקספוזיציה מכירים את הדמויות, את המקום ואת המצב ההתחלתי.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ב"בת רבי עקיבא והנחש" נקודת המפנה היא הדרשה "וצדקה תציל ממות".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הרגע המתוח ביותר בעלילה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סדרו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שלבי כל סיפור לפי הסדר (1–5), והתאימו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"הספסל האחרון" – סדרו את השלבים.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מבקשת מכל אחד להביא מתכון משפחתי, ונגה מחליטה להביא את עוגת הדבש של סבתה.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הטעימות, מול כל הכיתה, היא מספרת על סבתה – וקולה רועד אבל לא נעצר.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מוחאת כפיים, ובהפסקה מישהו מתיישב לידה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נגה עולה לכיתה ז׳ בבית ספר חדש ויושבת לבד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ילדים בכיתה צוחקים על המבטא שלה, והיא מפסיקה לדבר בשיעורים.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"בת רבי עקיבא והנחש" – סדרו את השלבים.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הנחש המת נגרר אחרי הסיכה, והבת מספרת לאביה על העני.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החתונה כולם עסוקים בסעודה, והבת נותנת את מנתה לעני שבפתח.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החוזים בכוכבים מנבאים שבת רבי עקיבא תמות מנשיכת נחש ביום חתונתה.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היא תוקעת סיכה בקיר – והסיכה פוגעת בעינו של נחש.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דורש: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"ריצת ה־400" – סדרו את השלבים.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חברתה השקטה, שמעולם לא רצה בתחרות, מציעה לרוץ במקומה ולבקש ממנה אימון.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התחרות החברה מועדת בסיבוב האחרון – ומיה צועקת לה מהיציע לקום.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מיה היא הרצה המהירה בשכבה, וכולם בטוחים שתנצח בתחרות.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החברה מסיימת שלישית, ושתיהן חוגגות את המדליה יחד.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שבוע לפני התחרות היא נפצעת בקרסול ומתייאשת.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"הכלב שלא חזר" – התאימו בין השלב לבין מה שקורה בו.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מחליט לחפש בעצמו ומדביק מודעות בכל השכונה.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 מתקשרת שכנה זקנה: פלפל מצא אותה אחרי שנפלה בגינה, ונבח עד שהגיעה עזרה.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מבין שהכלב הזקן שלו הוא גיבור, והשכנה הופכת לחברה של המשפחה.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לאיתי יש כלב זקן בשם פלפל, שהולך איתו כל בוקר לבית הספר.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בוקר אחד, אחרי סופת ברקים, פלפל נעלם מהחצר.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ב"הגשר הישן" שתי משפחות שהיו ברוגז מגלות שרק יחד יוכלו לחזק את הגשר. למה זו נקודת מפנה?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בונים הר משלכם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ההנחיות והשתמשו במושגי המבנה.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השוו בין ההתרה של "המחרוזת" לבין ההתרה של "הקמצן": איזו סגורה ואיזו פתוחה?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"הר סיפור" לסיפור מקורי משלכם: משפט אחד לכל שלב (אקספוזיציה, סיבוך, נקודת מפנה, שיא, התרה), ואחר כך כתבו את הסיפור עצמו (7–9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נקודת מפנה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באיזה שלב מופיעה הבעיה?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הר הסיפור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